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10282"/>
      </w:tblGrid>
      <w:tr w:rsidR="00640333" w14:paraId="0DED882E" w14:textId="77777777">
        <w:tc>
          <w:tcPr>
            <w:tcW w:w="10282" w:type="dxa"/>
            <w:shd w:val="clear" w:color="auto" w:fill="1F4E79"/>
            <w:tcMar>
              <w:top w:w="180" w:type="dxa"/>
              <w:left w:w="180" w:type="dxa"/>
              <w:bottom w:w="180" w:type="dxa"/>
              <w:right w:w="180" w:type="dxa"/>
            </w:tcMar>
          </w:tcPr>
          <w:p w14:paraId="17AF0C6D" w14:textId="23BC8CBC" w:rsidR="00640333" w:rsidRDefault="00B34ECD">
            <w:pPr>
              <w:jc w:val="center"/>
            </w:pPr>
            <w:r>
              <w:rPr>
                <w:b/>
                <w:noProof/>
                <w:color w:val="FFFFFF"/>
                <w:sz w:val="42"/>
              </w:rPr>
              <w:drawing>
                <wp:anchor distT="0" distB="0" distL="114300" distR="114300" simplePos="0" relativeHeight="251658240" behindDoc="0" locked="0" layoutInCell="1" allowOverlap="1" wp14:anchorId="12735077" wp14:editId="4264A358">
                  <wp:simplePos x="0" y="0"/>
                  <wp:positionH relativeFrom="column">
                    <wp:posOffset>-2540</wp:posOffset>
                  </wp:positionH>
                  <wp:positionV relativeFrom="paragraph">
                    <wp:posOffset>-57150</wp:posOffset>
                  </wp:positionV>
                  <wp:extent cx="876300" cy="876300"/>
                  <wp:effectExtent l="0" t="0" r="0" b="0"/>
                  <wp:wrapThrough wrapText="bothSides">
                    <wp:wrapPolygon edited="0">
                      <wp:start x="0" y="0"/>
                      <wp:lineTo x="0" y="21130"/>
                      <wp:lineTo x="21130" y="21130"/>
                      <wp:lineTo x="21130" y="0"/>
                      <wp:lineTo x="0" y="0"/>
                    </wp:wrapPolygon>
                  </wp:wrapThrough>
                  <wp:docPr id="143185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76300" cy="876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2448">
              <w:rPr>
                <w:b/>
                <w:color w:val="FFFFFF"/>
                <w:sz w:val="42"/>
              </w:rPr>
              <w:t>FOBS COMMUNITY MEMBER APPLICATION</w:t>
            </w:r>
          </w:p>
          <w:p w14:paraId="317C7050" w14:textId="77777777" w:rsidR="00640333" w:rsidRDefault="00AE2448">
            <w:pPr>
              <w:jc w:val="center"/>
            </w:pPr>
            <w:r w:rsidRPr="00B34ECD">
              <w:rPr>
                <w:i/>
                <w:color w:val="FFFFFF"/>
                <w:sz w:val="32"/>
                <w:szCs w:val="32"/>
              </w:rPr>
              <w:t>Friends of St Bartholomew’s School</w:t>
            </w:r>
          </w:p>
        </w:tc>
      </w:tr>
    </w:tbl>
    <w:p w14:paraId="6C8DFB64" w14:textId="77777777" w:rsidR="00640333" w:rsidRDefault="00640333"/>
    <w:tbl>
      <w:tblPr>
        <w:tblW w:w="0" w:type="auto"/>
        <w:tblLook w:val="04A0" w:firstRow="1" w:lastRow="0" w:firstColumn="1" w:lastColumn="0" w:noHBand="0" w:noVBand="1"/>
      </w:tblPr>
      <w:tblGrid>
        <w:gridCol w:w="10282"/>
      </w:tblGrid>
      <w:tr w:rsidR="00640333" w14:paraId="69ABA98F" w14:textId="77777777">
        <w:tc>
          <w:tcPr>
            <w:tcW w:w="10282" w:type="dxa"/>
            <w:tcBorders>
              <w:top w:val="single" w:sz="6" w:space="0" w:color="B8C6D1"/>
              <w:left w:val="single" w:sz="6" w:space="0" w:color="B8C6D1"/>
              <w:bottom w:val="single" w:sz="6" w:space="0" w:color="B8C6D1"/>
              <w:right w:val="single" w:sz="6" w:space="0" w:color="B8C6D1"/>
            </w:tcBorders>
            <w:shd w:val="clear" w:color="auto" w:fill="F3F7FA"/>
            <w:tcMar>
              <w:top w:w="140" w:type="dxa"/>
              <w:left w:w="140" w:type="dxa"/>
              <w:bottom w:w="140" w:type="dxa"/>
              <w:right w:w="140" w:type="dxa"/>
            </w:tcMar>
          </w:tcPr>
          <w:p w14:paraId="1DF20B63" w14:textId="77777777" w:rsidR="00640333" w:rsidRDefault="00AE2448">
            <w:r>
              <w:t>FOBS exists to strengthen the life of St Bart’s by bringing together parents, carers, staff and friends of the school to support our children, families and wider school community.</w:t>
            </w:r>
            <w:r>
              <w:br/>
            </w:r>
            <w:r>
              <w:br/>
              <w:t>We know that some people who are no longer current parents or carers may still have a strong connection to St Bart’s and would like to remain involved. We therefore welcome applications from members of the wider school community who would like to join FOBS as a Community Member.</w:t>
            </w:r>
          </w:p>
        </w:tc>
      </w:tr>
    </w:tbl>
    <w:p w14:paraId="7994AF8F" w14:textId="77777777" w:rsidR="00640333" w:rsidRDefault="00AE2448">
      <w:pPr>
        <w:keepNext/>
        <w:spacing w:before="160"/>
      </w:pPr>
      <w:r>
        <w:rPr>
          <w:rFonts w:ascii="Aptos Display" w:hAnsi="Aptos Display"/>
          <w:b/>
          <w:color w:val="1F4E79"/>
          <w:sz w:val="28"/>
        </w:rPr>
        <w:t>1. About You</w:t>
      </w:r>
    </w:p>
    <w:tbl>
      <w:tblPr>
        <w:tblW w:w="0" w:type="auto"/>
        <w:jc w:val="center"/>
        <w:tblLook w:val="04A0" w:firstRow="1" w:lastRow="0" w:firstColumn="1" w:lastColumn="0" w:noHBand="0" w:noVBand="1"/>
      </w:tblPr>
      <w:tblGrid>
        <w:gridCol w:w="10282"/>
      </w:tblGrid>
      <w:tr w:rsidR="00640333" w14:paraId="5C04A781" w14:textId="77777777">
        <w:trPr>
          <w:jc w:val="center"/>
        </w:trPr>
        <w:tc>
          <w:tcPr>
            <w:tcW w:w="10282" w:type="dxa"/>
            <w:tcBorders>
              <w:top w:val="single" w:sz="6" w:space="0" w:color="B8C6D1"/>
              <w:left w:val="single" w:sz="6" w:space="0" w:color="B8C6D1"/>
              <w:bottom w:val="single" w:sz="6" w:space="0" w:color="B8C6D1"/>
              <w:right w:val="single" w:sz="6" w:space="0" w:color="B8C6D1"/>
            </w:tcBorders>
            <w:shd w:val="clear" w:color="auto" w:fill="DCE6F1"/>
            <w:tcMar>
              <w:top w:w="80" w:type="dxa"/>
              <w:left w:w="80" w:type="dxa"/>
              <w:bottom w:w="80" w:type="dxa"/>
              <w:right w:w="80" w:type="dxa"/>
            </w:tcMar>
          </w:tcPr>
          <w:p w14:paraId="581FEE45" w14:textId="77777777" w:rsidR="00640333" w:rsidRDefault="00AE2448">
            <w:r>
              <w:rPr>
                <w:b/>
                <w:color w:val="1F4E79"/>
              </w:rPr>
              <w:t>Full name</w:t>
            </w:r>
          </w:p>
        </w:tc>
      </w:tr>
      <w:tr w:rsidR="00640333" w14:paraId="06003029" w14:textId="77777777">
        <w:trPr>
          <w:jc w:val="center"/>
        </w:trPr>
        <w:tc>
          <w:tcPr>
            <w:tcW w:w="10282" w:type="dxa"/>
            <w:tcBorders>
              <w:top w:val="single" w:sz="6" w:space="0" w:color="B8C6D1"/>
              <w:left w:val="single" w:sz="6" w:space="0" w:color="B8C6D1"/>
              <w:bottom w:val="single" w:sz="6" w:space="0" w:color="B8C6D1"/>
              <w:right w:val="single" w:sz="6" w:space="0" w:color="B8C6D1"/>
            </w:tcBorders>
            <w:tcMar>
              <w:top w:w="100" w:type="dxa"/>
              <w:left w:w="100" w:type="dxa"/>
              <w:bottom w:w="100" w:type="dxa"/>
              <w:right w:w="100" w:type="dxa"/>
            </w:tcMar>
          </w:tcPr>
          <w:p w14:paraId="399AE2EB" w14:textId="77777777" w:rsidR="00640333" w:rsidRDefault="00640333"/>
        </w:tc>
      </w:tr>
    </w:tbl>
    <w:p w14:paraId="50443FC1" w14:textId="77777777" w:rsidR="00640333" w:rsidRDefault="00640333">
      <w:pPr>
        <w:spacing w:after="0"/>
      </w:pPr>
    </w:p>
    <w:tbl>
      <w:tblPr>
        <w:tblW w:w="0" w:type="auto"/>
        <w:jc w:val="center"/>
        <w:tblLook w:val="04A0" w:firstRow="1" w:lastRow="0" w:firstColumn="1" w:lastColumn="0" w:noHBand="0" w:noVBand="1"/>
      </w:tblPr>
      <w:tblGrid>
        <w:gridCol w:w="10282"/>
      </w:tblGrid>
      <w:tr w:rsidR="00640333" w14:paraId="151EF10A" w14:textId="77777777">
        <w:trPr>
          <w:jc w:val="center"/>
        </w:trPr>
        <w:tc>
          <w:tcPr>
            <w:tcW w:w="10282" w:type="dxa"/>
            <w:tcBorders>
              <w:top w:val="single" w:sz="6" w:space="0" w:color="B8C6D1"/>
              <w:left w:val="single" w:sz="6" w:space="0" w:color="B8C6D1"/>
              <w:bottom w:val="single" w:sz="6" w:space="0" w:color="B8C6D1"/>
              <w:right w:val="single" w:sz="6" w:space="0" w:color="B8C6D1"/>
            </w:tcBorders>
            <w:shd w:val="clear" w:color="auto" w:fill="DCE6F1"/>
            <w:tcMar>
              <w:top w:w="80" w:type="dxa"/>
              <w:left w:w="80" w:type="dxa"/>
              <w:bottom w:w="80" w:type="dxa"/>
              <w:right w:w="80" w:type="dxa"/>
            </w:tcMar>
          </w:tcPr>
          <w:p w14:paraId="654EA50E" w14:textId="77777777" w:rsidR="00640333" w:rsidRDefault="00AE2448">
            <w:r>
              <w:rPr>
                <w:b/>
                <w:color w:val="1F4E79"/>
              </w:rPr>
              <w:t>Address</w:t>
            </w:r>
          </w:p>
        </w:tc>
      </w:tr>
      <w:tr w:rsidR="00640333" w14:paraId="4A50DDD2" w14:textId="77777777">
        <w:trPr>
          <w:jc w:val="center"/>
        </w:trPr>
        <w:tc>
          <w:tcPr>
            <w:tcW w:w="10282" w:type="dxa"/>
            <w:tcBorders>
              <w:top w:val="single" w:sz="6" w:space="0" w:color="B8C6D1"/>
              <w:left w:val="single" w:sz="6" w:space="0" w:color="B8C6D1"/>
              <w:bottom w:val="single" w:sz="6" w:space="0" w:color="B8C6D1"/>
              <w:right w:val="single" w:sz="6" w:space="0" w:color="B8C6D1"/>
            </w:tcBorders>
            <w:tcMar>
              <w:top w:w="100" w:type="dxa"/>
              <w:left w:w="100" w:type="dxa"/>
              <w:bottom w:w="100" w:type="dxa"/>
              <w:right w:w="100" w:type="dxa"/>
            </w:tcMar>
          </w:tcPr>
          <w:p w14:paraId="5F11D623" w14:textId="77777777" w:rsidR="00640333" w:rsidRDefault="00AE2448">
            <w:r>
              <w:br/>
            </w:r>
            <w:r>
              <w:br/>
            </w:r>
          </w:p>
        </w:tc>
      </w:tr>
    </w:tbl>
    <w:p w14:paraId="1B5AAAB7" w14:textId="77777777" w:rsidR="00640333" w:rsidRDefault="00640333">
      <w:pPr>
        <w:spacing w:after="0"/>
      </w:pPr>
    </w:p>
    <w:tbl>
      <w:tblPr>
        <w:tblW w:w="0" w:type="auto"/>
        <w:tblLook w:val="04A0" w:firstRow="1" w:lastRow="0" w:firstColumn="1" w:lastColumn="0" w:noHBand="0" w:noVBand="1"/>
      </w:tblPr>
      <w:tblGrid>
        <w:gridCol w:w="5141"/>
        <w:gridCol w:w="5141"/>
      </w:tblGrid>
      <w:tr w:rsidR="00640333" w14:paraId="3E58356C" w14:textId="77777777">
        <w:tc>
          <w:tcPr>
            <w:tcW w:w="5141" w:type="dxa"/>
            <w:tcBorders>
              <w:top w:val="single" w:sz="6" w:space="0" w:color="B8C6D1"/>
              <w:left w:val="single" w:sz="6" w:space="0" w:color="B8C6D1"/>
              <w:bottom w:val="single" w:sz="6" w:space="0" w:color="B8C6D1"/>
              <w:right w:val="single" w:sz="6" w:space="0" w:color="B8C6D1"/>
            </w:tcBorders>
            <w:shd w:val="clear" w:color="auto" w:fill="DCE6F1"/>
            <w:tcMar>
              <w:top w:w="80" w:type="dxa"/>
              <w:left w:w="80" w:type="dxa"/>
              <w:bottom w:w="80" w:type="dxa"/>
              <w:right w:w="80" w:type="dxa"/>
            </w:tcMar>
          </w:tcPr>
          <w:p w14:paraId="0053F7C4" w14:textId="77777777" w:rsidR="00640333" w:rsidRDefault="00AE2448">
            <w:r>
              <w:rPr>
                <w:b/>
                <w:color w:val="1F4E79"/>
              </w:rPr>
              <w:t>Email address</w:t>
            </w:r>
          </w:p>
        </w:tc>
        <w:tc>
          <w:tcPr>
            <w:tcW w:w="5141" w:type="dxa"/>
            <w:tcBorders>
              <w:top w:val="single" w:sz="6" w:space="0" w:color="B8C6D1"/>
              <w:left w:val="single" w:sz="6" w:space="0" w:color="B8C6D1"/>
              <w:bottom w:val="single" w:sz="6" w:space="0" w:color="B8C6D1"/>
              <w:right w:val="single" w:sz="6" w:space="0" w:color="B8C6D1"/>
            </w:tcBorders>
            <w:shd w:val="clear" w:color="auto" w:fill="DCE6F1"/>
            <w:tcMar>
              <w:top w:w="80" w:type="dxa"/>
              <w:left w:w="80" w:type="dxa"/>
              <w:bottom w:w="80" w:type="dxa"/>
              <w:right w:w="80" w:type="dxa"/>
            </w:tcMar>
          </w:tcPr>
          <w:p w14:paraId="3054C00B" w14:textId="77777777" w:rsidR="00640333" w:rsidRDefault="00AE2448">
            <w:r>
              <w:rPr>
                <w:b/>
                <w:color w:val="1F4E79"/>
              </w:rPr>
              <w:t>Telephone number</w:t>
            </w:r>
          </w:p>
        </w:tc>
      </w:tr>
      <w:tr w:rsidR="00640333" w14:paraId="0F87899B" w14:textId="77777777">
        <w:tc>
          <w:tcPr>
            <w:tcW w:w="5141" w:type="dxa"/>
            <w:tcBorders>
              <w:top w:val="single" w:sz="6" w:space="0" w:color="B8C6D1"/>
              <w:left w:val="single" w:sz="6" w:space="0" w:color="B8C6D1"/>
              <w:bottom w:val="single" w:sz="6" w:space="0" w:color="B8C6D1"/>
              <w:right w:val="single" w:sz="6" w:space="0" w:color="B8C6D1"/>
            </w:tcBorders>
            <w:tcMar>
              <w:top w:w="160" w:type="dxa"/>
              <w:left w:w="160" w:type="dxa"/>
              <w:bottom w:w="160" w:type="dxa"/>
              <w:right w:w="160" w:type="dxa"/>
            </w:tcMar>
          </w:tcPr>
          <w:p w14:paraId="590646C6" w14:textId="77777777" w:rsidR="00640333" w:rsidRDefault="00640333"/>
        </w:tc>
        <w:tc>
          <w:tcPr>
            <w:tcW w:w="5141" w:type="dxa"/>
            <w:tcBorders>
              <w:top w:val="single" w:sz="6" w:space="0" w:color="B8C6D1"/>
              <w:left w:val="single" w:sz="6" w:space="0" w:color="B8C6D1"/>
              <w:bottom w:val="single" w:sz="6" w:space="0" w:color="B8C6D1"/>
              <w:right w:val="single" w:sz="6" w:space="0" w:color="B8C6D1"/>
            </w:tcBorders>
            <w:tcMar>
              <w:top w:w="160" w:type="dxa"/>
              <w:left w:w="160" w:type="dxa"/>
              <w:bottom w:w="160" w:type="dxa"/>
              <w:right w:w="160" w:type="dxa"/>
            </w:tcMar>
          </w:tcPr>
          <w:p w14:paraId="60D61243" w14:textId="77777777" w:rsidR="00640333" w:rsidRDefault="00640333"/>
        </w:tc>
      </w:tr>
    </w:tbl>
    <w:p w14:paraId="5DB6BD0C" w14:textId="057E4A6F" w:rsidR="00640333" w:rsidRDefault="00640333"/>
    <w:p w14:paraId="467F68F9" w14:textId="77777777" w:rsidR="00640333" w:rsidRDefault="00AE2448">
      <w:pPr>
        <w:keepNext/>
        <w:spacing w:before="160"/>
      </w:pPr>
      <w:r>
        <w:rPr>
          <w:rFonts w:ascii="Aptos Display" w:hAnsi="Aptos Display"/>
          <w:b/>
          <w:color w:val="1F4E79"/>
          <w:sz w:val="28"/>
        </w:rPr>
        <w:t>2. Your Connection to St Bart’s</w:t>
      </w:r>
    </w:p>
    <w:p w14:paraId="20EAFCB7" w14:textId="77777777" w:rsidR="00640333" w:rsidRDefault="00AE2448">
      <w:r>
        <w:t>Please tell us about your connection to the school.</w:t>
      </w:r>
    </w:p>
    <w:p w14:paraId="71EDAD4D" w14:textId="77777777" w:rsidR="00640333" w:rsidRDefault="00AE2448">
      <w:r>
        <w:rPr>
          <w:i/>
        </w:rPr>
        <w:t>For example, you may be a former parent or carer, former pupil, grandparent, former member of staff, church member, governor, local resident or friend of the school.</w:t>
      </w:r>
    </w:p>
    <w:tbl>
      <w:tblPr>
        <w:tblW w:w="0" w:type="auto"/>
        <w:jc w:val="center"/>
        <w:tblLook w:val="04A0" w:firstRow="1" w:lastRow="0" w:firstColumn="1" w:lastColumn="0" w:noHBand="0" w:noVBand="1"/>
      </w:tblPr>
      <w:tblGrid>
        <w:gridCol w:w="10282"/>
      </w:tblGrid>
      <w:tr w:rsidR="00640333" w14:paraId="1722E346" w14:textId="77777777">
        <w:trPr>
          <w:jc w:val="center"/>
        </w:trPr>
        <w:tc>
          <w:tcPr>
            <w:tcW w:w="10282" w:type="dxa"/>
            <w:tcBorders>
              <w:top w:val="single" w:sz="6" w:space="0" w:color="B8C6D1"/>
              <w:left w:val="single" w:sz="6" w:space="0" w:color="B8C6D1"/>
              <w:bottom w:val="single" w:sz="6" w:space="0" w:color="B8C6D1"/>
              <w:right w:val="single" w:sz="6" w:space="0" w:color="B8C6D1"/>
            </w:tcBorders>
            <w:shd w:val="clear" w:color="auto" w:fill="DCE6F1"/>
            <w:tcMar>
              <w:top w:w="80" w:type="dxa"/>
              <w:left w:w="80" w:type="dxa"/>
              <w:bottom w:w="80" w:type="dxa"/>
              <w:right w:w="80" w:type="dxa"/>
            </w:tcMar>
          </w:tcPr>
          <w:p w14:paraId="461E6559" w14:textId="77777777" w:rsidR="00640333" w:rsidRDefault="00AE2448">
            <w:r>
              <w:rPr>
                <w:b/>
                <w:color w:val="1F4E79"/>
              </w:rPr>
              <w:t>My connection to St Bart’s is</w:t>
            </w:r>
          </w:p>
        </w:tc>
      </w:tr>
      <w:tr w:rsidR="00640333" w14:paraId="2BFC695C" w14:textId="77777777">
        <w:trPr>
          <w:jc w:val="center"/>
        </w:trPr>
        <w:tc>
          <w:tcPr>
            <w:tcW w:w="10282" w:type="dxa"/>
            <w:tcBorders>
              <w:top w:val="single" w:sz="6" w:space="0" w:color="B8C6D1"/>
              <w:left w:val="single" w:sz="6" w:space="0" w:color="B8C6D1"/>
              <w:bottom w:val="single" w:sz="6" w:space="0" w:color="B8C6D1"/>
              <w:right w:val="single" w:sz="6" w:space="0" w:color="B8C6D1"/>
            </w:tcBorders>
            <w:tcMar>
              <w:top w:w="100" w:type="dxa"/>
              <w:left w:w="100" w:type="dxa"/>
              <w:bottom w:w="100" w:type="dxa"/>
              <w:right w:w="100" w:type="dxa"/>
            </w:tcMar>
          </w:tcPr>
          <w:p w14:paraId="3075A309" w14:textId="77777777" w:rsidR="00640333" w:rsidRDefault="00AE2448">
            <w:r>
              <w:br/>
            </w:r>
            <w:r>
              <w:br/>
            </w:r>
            <w:r>
              <w:br/>
            </w:r>
            <w:r>
              <w:br/>
            </w:r>
          </w:p>
        </w:tc>
      </w:tr>
    </w:tbl>
    <w:p w14:paraId="0D62C724" w14:textId="77777777" w:rsidR="00640333" w:rsidRDefault="00640333">
      <w:pPr>
        <w:spacing w:after="0"/>
      </w:pPr>
    </w:p>
    <w:p w14:paraId="217E65F4" w14:textId="77777777" w:rsidR="00640333" w:rsidRDefault="00AE2448">
      <w:pPr>
        <w:keepNext/>
        <w:spacing w:before="160"/>
      </w:pPr>
      <w:r>
        <w:rPr>
          <w:rFonts w:ascii="Aptos Display" w:hAnsi="Aptos Display"/>
          <w:b/>
          <w:color w:val="1F4E79"/>
          <w:sz w:val="28"/>
        </w:rPr>
        <w:t>3. Why would you like to join or remain connected to FOBS?</w:t>
      </w:r>
    </w:p>
    <w:p w14:paraId="091A0C1F" w14:textId="77777777" w:rsidR="00640333" w:rsidRDefault="00AE2448">
      <w:r>
        <w:t>Please tell us a little about why you would like to be involved with the school community.</w:t>
      </w:r>
    </w:p>
    <w:tbl>
      <w:tblPr>
        <w:tblW w:w="0" w:type="auto"/>
        <w:jc w:val="center"/>
        <w:tblLook w:val="04A0" w:firstRow="1" w:lastRow="0" w:firstColumn="1" w:lastColumn="0" w:noHBand="0" w:noVBand="1"/>
      </w:tblPr>
      <w:tblGrid>
        <w:gridCol w:w="10282"/>
      </w:tblGrid>
      <w:tr w:rsidR="00640333" w14:paraId="5B0023DC" w14:textId="77777777">
        <w:trPr>
          <w:jc w:val="center"/>
        </w:trPr>
        <w:tc>
          <w:tcPr>
            <w:tcW w:w="10282" w:type="dxa"/>
            <w:tcBorders>
              <w:top w:val="single" w:sz="6" w:space="0" w:color="B8C6D1"/>
              <w:left w:val="single" w:sz="6" w:space="0" w:color="B8C6D1"/>
              <w:bottom w:val="single" w:sz="6" w:space="0" w:color="B8C6D1"/>
              <w:right w:val="single" w:sz="6" w:space="0" w:color="B8C6D1"/>
            </w:tcBorders>
            <w:shd w:val="clear" w:color="auto" w:fill="DCE6F1"/>
            <w:tcMar>
              <w:top w:w="80" w:type="dxa"/>
              <w:left w:w="80" w:type="dxa"/>
              <w:bottom w:w="80" w:type="dxa"/>
              <w:right w:w="80" w:type="dxa"/>
            </w:tcMar>
          </w:tcPr>
          <w:p w14:paraId="474FC9DE" w14:textId="77777777" w:rsidR="00640333" w:rsidRDefault="00AE2448">
            <w:r>
              <w:rPr>
                <w:b/>
                <w:color w:val="1F4E79"/>
              </w:rPr>
              <w:t>Your response</w:t>
            </w:r>
          </w:p>
        </w:tc>
      </w:tr>
      <w:tr w:rsidR="00640333" w14:paraId="75C6C478" w14:textId="77777777">
        <w:trPr>
          <w:jc w:val="center"/>
        </w:trPr>
        <w:tc>
          <w:tcPr>
            <w:tcW w:w="10282" w:type="dxa"/>
            <w:tcBorders>
              <w:top w:val="single" w:sz="6" w:space="0" w:color="B8C6D1"/>
              <w:left w:val="single" w:sz="6" w:space="0" w:color="B8C6D1"/>
              <w:bottom w:val="single" w:sz="6" w:space="0" w:color="B8C6D1"/>
              <w:right w:val="single" w:sz="6" w:space="0" w:color="B8C6D1"/>
            </w:tcBorders>
            <w:tcMar>
              <w:top w:w="100" w:type="dxa"/>
              <w:left w:w="100" w:type="dxa"/>
              <w:bottom w:w="100" w:type="dxa"/>
              <w:right w:w="100" w:type="dxa"/>
            </w:tcMar>
          </w:tcPr>
          <w:p w14:paraId="2F6CA370" w14:textId="77777777" w:rsidR="00640333" w:rsidRDefault="00AE2448">
            <w:r>
              <w:br/>
            </w:r>
            <w:r>
              <w:br/>
            </w:r>
            <w:r>
              <w:br/>
            </w:r>
            <w:r>
              <w:br/>
            </w:r>
            <w:r>
              <w:br/>
            </w:r>
            <w:r>
              <w:br/>
            </w:r>
          </w:p>
        </w:tc>
      </w:tr>
    </w:tbl>
    <w:p w14:paraId="656C260E" w14:textId="77777777" w:rsidR="00640333" w:rsidRDefault="00640333">
      <w:pPr>
        <w:spacing w:after="0"/>
      </w:pPr>
    </w:p>
    <w:p w14:paraId="7C84CA20" w14:textId="77777777" w:rsidR="00640333" w:rsidRDefault="00AE2448">
      <w:pPr>
        <w:keepNext/>
        <w:spacing w:before="160"/>
      </w:pPr>
      <w:r>
        <w:rPr>
          <w:rFonts w:ascii="Aptos Display" w:hAnsi="Aptos Display"/>
          <w:b/>
          <w:color w:val="1F4E79"/>
          <w:sz w:val="28"/>
        </w:rPr>
        <w:t>4. What Could You Offer?</w:t>
      </w:r>
    </w:p>
    <w:p w14:paraId="0D4B3A1F" w14:textId="77777777" w:rsidR="00640333" w:rsidRDefault="00AE2448">
      <w:r>
        <w:t>FOBS benefits from people with all sorts of interests, skills and experience. You do not need to be able to commit large amounts of time.</w:t>
      </w:r>
    </w:p>
    <w:p w14:paraId="1A0165F2" w14:textId="77777777" w:rsidR="00640333" w:rsidRDefault="00AE2448">
      <w:r>
        <w:t>Please tell us about anything you might be happy to contribute. This could include:</w:t>
      </w:r>
    </w:p>
    <w:tbl>
      <w:tblPr>
        <w:tblW w:w="0" w:type="auto"/>
        <w:tblLook w:val="04A0" w:firstRow="1" w:lastRow="0" w:firstColumn="1" w:lastColumn="0" w:noHBand="0" w:noVBand="1"/>
      </w:tblPr>
      <w:tblGrid>
        <w:gridCol w:w="5141"/>
        <w:gridCol w:w="5141"/>
        <w:gridCol w:w="20"/>
      </w:tblGrid>
      <w:tr w:rsidR="00640333" w14:paraId="764AEC50" w14:textId="77777777">
        <w:tc>
          <w:tcPr>
            <w:tcW w:w="5141" w:type="dxa"/>
            <w:tcBorders>
              <w:top w:val="single" w:sz="6" w:space="0" w:color="D7E0E7"/>
              <w:left w:val="single" w:sz="6" w:space="0" w:color="D7E0E7"/>
              <w:bottom w:val="single" w:sz="6" w:space="0" w:color="D7E0E7"/>
              <w:right w:val="single" w:sz="6" w:space="0" w:color="D7E0E7"/>
            </w:tcBorders>
            <w:shd w:val="clear" w:color="auto" w:fill="F3F7FA"/>
            <w:tcMar>
              <w:top w:w="60" w:type="dxa"/>
              <w:left w:w="60" w:type="dxa"/>
              <w:bottom w:w="60" w:type="dxa"/>
              <w:right w:w="60" w:type="dxa"/>
            </w:tcMar>
          </w:tcPr>
          <w:p w14:paraId="42B0AE9C" w14:textId="77777777" w:rsidR="00640333" w:rsidRDefault="00AE2448">
            <w:r>
              <w:t>• helping at events</w:t>
            </w:r>
          </w:p>
        </w:tc>
        <w:tc>
          <w:tcPr>
            <w:tcW w:w="5141" w:type="dxa"/>
            <w:gridSpan w:val="2"/>
            <w:tcBorders>
              <w:top w:val="single" w:sz="6" w:space="0" w:color="D7E0E7"/>
              <w:left w:val="single" w:sz="6" w:space="0" w:color="D7E0E7"/>
              <w:bottom w:val="single" w:sz="6" w:space="0" w:color="D7E0E7"/>
              <w:right w:val="single" w:sz="6" w:space="0" w:color="D7E0E7"/>
            </w:tcBorders>
            <w:shd w:val="clear" w:color="auto" w:fill="F3F7FA"/>
            <w:tcMar>
              <w:top w:w="60" w:type="dxa"/>
              <w:left w:w="60" w:type="dxa"/>
              <w:bottom w:w="60" w:type="dxa"/>
              <w:right w:w="60" w:type="dxa"/>
            </w:tcMar>
          </w:tcPr>
          <w:p w14:paraId="0F276B45" w14:textId="77777777" w:rsidR="00640333" w:rsidRDefault="00AE2448">
            <w:r>
              <w:t>• administration</w:t>
            </w:r>
          </w:p>
        </w:tc>
      </w:tr>
      <w:tr w:rsidR="00640333" w14:paraId="27B3DAB1" w14:textId="77777777">
        <w:tc>
          <w:tcPr>
            <w:tcW w:w="5141" w:type="dxa"/>
            <w:tcBorders>
              <w:top w:val="single" w:sz="6" w:space="0" w:color="D7E0E7"/>
              <w:left w:val="single" w:sz="6" w:space="0" w:color="D7E0E7"/>
              <w:bottom w:val="single" w:sz="6" w:space="0" w:color="D7E0E7"/>
              <w:right w:val="single" w:sz="6" w:space="0" w:color="D7E0E7"/>
            </w:tcBorders>
            <w:shd w:val="clear" w:color="auto" w:fill="F3F7FA"/>
            <w:tcMar>
              <w:top w:w="60" w:type="dxa"/>
              <w:left w:w="60" w:type="dxa"/>
              <w:bottom w:w="60" w:type="dxa"/>
              <w:right w:w="60" w:type="dxa"/>
            </w:tcMar>
          </w:tcPr>
          <w:p w14:paraId="3358A662" w14:textId="77777777" w:rsidR="00640333" w:rsidRDefault="00AE2448">
            <w:r>
              <w:t>• organising activities</w:t>
            </w:r>
          </w:p>
        </w:tc>
        <w:tc>
          <w:tcPr>
            <w:tcW w:w="5141" w:type="dxa"/>
            <w:gridSpan w:val="2"/>
            <w:tcBorders>
              <w:top w:val="single" w:sz="6" w:space="0" w:color="D7E0E7"/>
              <w:left w:val="single" w:sz="6" w:space="0" w:color="D7E0E7"/>
              <w:bottom w:val="single" w:sz="6" w:space="0" w:color="D7E0E7"/>
              <w:right w:val="single" w:sz="6" w:space="0" w:color="D7E0E7"/>
            </w:tcBorders>
            <w:shd w:val="clear" w:color="auto" w:fill="F3F7FA"/>
            <w:tcMar>
              <w:top w:w="60" w:type="dxa"/>
              <w:left w:w="60" w:type="dxa"/>
              <w:bottom w:w="60" w:type="dxa"/>
              <w:right w:w="60" w:type="dxa"/>
            </w:tcMar>
          </w:tcPr>
          <w:p w14:paraId="6AF3D80A" w14:textId="77777777" w:rsidR="00640333" w:rsidRDefault="00AE2448">
            <w:r>
              <w:t>• photography or design</w:t>
            </w:r>
          </w:p>
        </w:tc>
      </w:tr>
      <w:tr w:rsidR="00640333" w14:paraId="00BC63E8" w14:textId="77777777">
        <w:tc>
          <w:tcPr>
            <w:tcW w:w="5141" w:type="dxa"/>
            <w:tcBorders>
              <w:top w:val="single" w:sz="6" w:space="0" w:color="D7E0E7"/>
              <w:left w:val="single" w:sz="6" w:space="0" w:color="D7E0E7"/>
              <w:bottom w:val="single" w:sz="6" w:space="0" w:color="D7E0E7"/>
              <w:right w:val="single" w:sz="6" w:space="0" w:color="D7E0E7"/>
            </w:tcBorders>
            <w:shd w:val="clear" w:color="auto" w:fill="F3F7FA"/>
            <w:tcMar>
              <w:top w:w="60" w:type="dxa"/>
              <w:left w:w="60" w:type="dxa"/>
              <w:bottom w:w="60" w:type="dxa"/>
              <w:right w:w="60" w:type="dxa"/>
            </w:tcMar>
          </w:tcPr>
          <w:p w14:paraId="39D970B9" w14:textId="77777777" w:rsidR="00640333" w:rsidRDefault="00AE2448">
            <w:r>
              <w:t>• fundraising</w:t>
            </w:r>
          </w:p>
        </w:tc>
        <w:tc>
          <w:tcPr>
            <w:tcW w:w="5141" w:type="dxa"/>
            <w:gridSpan w:val="2"/>
            <w:tcBorders>
              <w:top w:val="single" w:sz="6" w:space="0" w:color="D7E0E7"/>
              <w:left w:val="single" w:sz="6" w:space="0" w:color="D7E0E7"/>
              <w:bottom w:val="single" w:sz="6" w:space="0" w:color="D7E0E7"/>
              <w:right w:val="single" w:sz="6" w:space="0" w:color="D7E0E7"/>
            </w:tcBorders>
            <w:shd w:val="clear" w:color="auto" w:fill="F3F7FA"/>
            <w:tcMar>
              <w:top w:w="60" w:type="dxa"/>
              <w:left w:w="60" w:type="dxa"/>
              <w:bottom w:w="60" w:type="dxa"/>
              <w:right w:w="60" w:type="dxa"/>
            </w:tcMar>
          </w:tcPr>
          <w:p w14:paraId="65C63A6D" w14:textId="77777777" w:rsidR="00640333" w:rsidRDefault="00AE2448">
            <w:r>
              <w:t>• helping with refreshments</w:t>
            </w:r>
          </w:p>
        </w:tc>
      </w:tr>
      <w:tr w:rsidR="00640333" w14:paraId="096A2B87" w14:textId="77777777">
        <w:tc>
          <w:tcPr>
            <w:tcW w:w="5141" w:type="dxa"/>
            <w:tcBorders>
              <w:top w:val="single" w:sz="6" w:space="0" w:color="D7E0E7"/>
              <w:left w:val="single" w:sz="6" w:space="0" w:color="D7E0E7"/>
              <w:bottom w:val="single" w:sz="6" w:space="0" w:color="D7E0E7"/>
              <w:right w:val="single" w:sz="6" w:space="0" w:color="D7E0E7"/>
            </w:tcBorders>
            <w:shd w:val="clear" w:color="auto" w:fill="F3F7FA"/>
            <w:tcMar>
              <w:top w:w="60" w:type="dxa"/>
              <w:left w:w="60" w:type="dxa"/>
              <w:bottom w:w="60" w:type="dxa"/>
              <w:right w:w="60" w:type="dxa"/>
            </w:tcMar>
          </w:tcPr>
          <w:p w14:paraId="56517BDE" w14:textId="77777777" w:rsidR="00640333" w:rsidRDefault="00AE2448">
            <w:r>
              <w:t>• practical or DIY skills</w:t>
            </w:r>
          </w:p>
        </w:tc>
        <w:tc>
          <w:tcPr>
            <w:tcW w:w="5141" w:type="dxa"/>
            <w:gridSpan w:val="2"/>
            <w:tcBorders>
              <w:top w:val="single" w:sz="6" w:space="0" w:color="D7E0E7"/>
              <w:left w:val="single" w:sz="6" w:space="0" w:color="D7E0E7"/>
              <w:bottom w:val="single" w:sz="6" w:space="0" w:color="D7E0E7"/>
              <w:right w:val="single" w:sz="6" w:space="0" w:color="D7E0E7"/>
            </w:tcBorders>
            <w:shd w:val="clear" w:color="auto" w:fill="F3F7FA"/>
            <w:tcMar>
              <w:top w:w="60" w:type="dxa"/>
              <w:left w:w="60" w:type="dxa"/>
              <w:bottom w:w="60" w:type="dxa"/>
              <w:right w:w="60" w:type="dxa"/>
            </w:tcMar>
          </w:tcPr>
          <w:p w14:paraId="0F09E385" w14:textId="77777777" w:rsidR="00640333" w:rsidRDefault="00AE2448">
            <w:r>
              <w:t>• supporting school or community events</w:t>
            </w:r>
          </w:p>
        </w:tc>
      </w:tr>
      <w:tr w:rsidR="00640333" w14:paraId="1475A242" w14:textId="77777777">
        <w:tc>
          <w:tcPr>
            <w:tcW w:w="5141" w:type="dxa"/>
            <w:tcBorders>
              <w:top w:val="single" w:sz="6" w:space="0" w:color="D7E0E7"/>
              <w:left w:val="single" w:sz="6" w:space="0" w:color="D7E0E7"/>
              <w:bottom w:val="single" w:sz="6" w:space="0" w:color="D7E0E7"/>
              <w:right w:val="single" w:sz="6" w:space="0" w:color="D7E0E7"/>
            </w:tcBorders>
            <w:shd w:val="clear" w:color="auto" w:fill="F3F7FA"/>
            <w:tcMar>
              <w:top w:w="60" w:type="dxa"/>
              <w:left w:w="60" w:type="dxa"/>
              <w:bottom w:w="60" w:type="dxa"/>
              <w:right w:w="60" w:type="dxa"/>
            </w:tcMar>
          </w:tcPr>
          <w:p w14:paraId="49149516" w14:textId="77777777" w:rsidR="00640333" w:rsidRDefault="00AE2448">
            <w:r>
              <w:t>• creative skills</w:t>
            </w:r>
          </w:p>
        </w:tc>
        <w:tc>
          <w:tcPr>
            <w:tcW w:w="5141" w:type="dxa"/>
            <w:gridSpan w:val="2"/>
            <w:tcBorders>
              <w:top w:val="single" w:sz="6" w:space="0" w:color="D7E0E7"/>
              <w:left w:val="single" w:sz="6" w:space="0" w:color="D7E0E7"/>
              <w:bottom w:val="single" w:sz="6" w:space="0" w:color="D7E0E7"/>
              <w:right w:val="single" w:sz="6" w:space="0" w:color="D7E0E7"/>
            </w:tcBorders>
            <w:shd w:val="clear" w:color="auto" w:fill="F3F7FA"/>
            <w:tcMar>
              <w:top w:w="60" w:type="dxa"/>
              <w:left w:w="60" w:type="dxa"/>
              <w:bottom w:w="60" w:type="dxa"/>
              <w:right w:w="60" w:type="dxa"/>
            </w:tcMar>
          </w:tcPr>
          <w:p w14:paraId="35A84BED" w14:textId="77777777" w:rsidR="00640333" w:rsidRDefault="00AE2448">
            <w:r>
              <w:t>• professional experience or advice</w:t>
            </w:r>
          </w:p>
        </w:tc>
      </w:tr>
      <w:tr w:rsidR="00640333" w14:paraId="230F0AB0" w14:textId="77777777">
        <w:tc>
          <w:tcPr>
            <w:tcW w:w="5141" w:type="dxa"/>
            <w:tcBorders>
              <w:top w:val="single" w:sz="6" w:space="0" w:color="D7E0E7"/>
              <w:left w:val="single" w:sz="6" w:space="0" w:color="D7E0E7"/>
              <w:bottom w:val="single" w:sz="6" w:space="0" w:color="D7E0E7"/>
              <w:right w:val="single" w:sz="6" w:space="0" w:color="D7E0E7"/>
            </w:tcBorders>
            <w:shd w:val="clear" w:color="auto" w:fill="F3F7FA"/>
            <w:tcMar>
              <w:top w:w="60" w:type="dxa"/>
              <w:left w:w="60" w:type="dxa"/>
              <w:bottom w:w="60" w:type="dxa"/>
              <w:right w:w="60" w:type="dxa"/>
            </w:tcMar>
          </w:tcPr>
          <w:p w14:paraId="7FDE8BAC" w14:textId="77777777" w:rsidR="00640333" w:rsidRDefault="00AE2448">
            <w:r>
              <w:t>• publicity or social media</w:t>
            </w:r>
          </w:p>
        </w:tc>
        <w:tc>
          <w:tcPr>
            <w:tcW w:w="5141" w:type="dxa"/>
            <w:gridSpan w:val="2"/>
            <w:tcBorders>
              <w:top w:val="single" w:sz="6" w:space="0" w:color="D7E0E7"/>
              <w:left w:val="single" w:sz="6" w:space="0" w:color="D7E0E7"/>
              <w:bottom w:val="single" w:sz="6" w:space="0" w:color="D7E0E7"/>
              <w:right w:val="single" w:sz="6" w:space="0" w:color="D7E0E7"/>
            </w:tcBorders>
            <w:shd w:val="clear" w:color="auto" w:fill="F3F7FA"/>
            <w:tcMar>
              <w:top w:w="60" w:type="dxa"/>
              <w:left w:w="60" w:type="dxa"/>
              <w:bottom w:w="60" w:type="dxa"/>
              <w:right w:w="60" w:type="dxa"/>
            </w:tcMar>
          </w:tcPr>
          <w:p w14:paraId="17A1538D" w14:textId="77777777" w:rsidR="00640333" w:rsidRDefault="00AE2448">
            <w:r>
              <w:t>• simply being willing to lend a hand when needed</w:t>
            </w:r>
          </w:p>
        </w:tc>
      </w:tr>
      <w:tr w:rsidR="00640333" w14:paraId="2643A6A7" w14:textId="77777777">
        <w:tc>
          <w:tcPr>
            <w:tcW w:w="5141" w:type="dxa"/>
            <w:tcBorders>
              <w:top w:val="single" w:sz="6" w:space="0" w:color="D7E0E7"/>
              <w:left w:val="single" w:sz="6" w:space="0" w:color="D7E0E7"/>
              <w:bottom w:val="single" w:sz="6" w:space="0" w:color="D7E0E7"/>
              <w:right w:val="single" w:sz="6" w:space="0" w:color="D7E0E7"/>
            </w:tcBorders>
            <w:shd w:val="clear" w:color="auto" w:fill="F3F7FA"/>
            <w:tcMar>
              <w:top w:w="60" w:type="dxa"/>
              <w:left w:w="60" w:type="dxa"/>
              <w:bottom w:w="60" w:type="dxa"/>
              <w:right w:w="60" w:type="dxa"/>
            </w:tcMar>
          </w:tcPr>
          <w:p w14:paraId="1319B9D6" w14:textId="77777777" w:rsidR="00640333" w:rsidRDefault="00AE2448">
            <w:r>
              <w:t>• links with local businesses or organisations</w:t>
            </w:r>
          </w:p>
        </w:tc>
        <w:tc>
          <w:tcPr>
            <w:tcW w:w="5141" w:type="dxa"/>
            <w:gridSpan w:val="2"/>
          </w:tcPr>
          <w:p w14:paraId="5CFB0D8C" w14:textId="77777777" w:rsidR="00640333" w:rsidRDefault="00640333"/>
        </w:tc>
      </w:tr>
      <w:tr w:rsidR="00640333" w14:paraId="69A0B301" w14:textId="77777777">
        <w:tblPrEx>
          <w:jc w:val="center"/>
        </w:tblPrEx>
        <w:trPr>
          <w:gridAfter w:val="1"/>
          <w:wAfter w:w="20" w:type="dxa"/>
          <w:jc w:val="center"/>
        </w:trPr>
        <w:tc>
          <w:tcPr>
            <w:tcW w:w="10282" w:type="dxa"/>
            <w:gridSpan w:val="2"/>
            <w:tcBorders>
              <w:top w:val="single" w:sz="6" w:space="0" w:color="B8C6D1"/>
              <w:left w:val="single" w:sz="6" w:space="0" w:color="B8C6D1"/>
              <w:bottom w:val="single" w:sz="6" w:space="0" w:color="B8C6D1"/>
              <w:right w:val="single" w:sz="6" w:space="0" w:color="B8C6D1"/>
            </w:tcBorders>
            <w:shd w:val="clear" w:color="auto" w:fill="DCE6F1"/>
            <w:tcMar>
              <w:top w:w="80" w:type="dxa"/>
              <w:left w:w="80" w:type="dxa"/>
              <w:bottom w:w="80" w:type="dxa"/>
              <w:right w:w="80" w:type="dxa"/>
            </w:tcMar>
          </w:tcPr>
          <w:p w14:paraId="0C5D12A3" w14:textId="77777777" w:rsidR="00640333" w:rsidRDefault="00AE2448">
            <w:r>
              <w:rPr>
                <w:b/>
                <w:color w:val="1F4E79"/>
              </w:rPr>
              <w:t>I could offer</w:t>
            </w:r>
          </w:p>
        </w:tc>
      </w:tr>
      <w:tr w:rsidR="00640333" w14:paraId="029628B7" w14:textId="77777777">
        <w:tblPrEx>
          <w:jc w:val="center"/>
        </w:tblPrEx>
        <w:trPr>
          <w:gridAfter w:val="1"/>
          <w:wAfter w:w="20" w:type="dxa"/>
          <w:jc w:val="center"/>
        </w:trPr>
        <w:tc>
          <w:tcPr>
            <w:tcW w:w="10282" w:type="dxa"/>
            <w:gridSpan w:val="2"/>
            <w:tcBorders>
              <w:top w:val="single" w:sz="6" w:space="0" w:color="B8C6D1"/>
              <w:left w:val="single" w:sz="6" w:space="0" w:color="B8C6D1"/>
              <w:bottom w:val="single" w:sz="6" w:space="0" w:color="B8C6D1"/>
              <w:right w:val="single" w:sz="6" w:space="0" w:color="B8C6D1"/>
            </w:tcBorders>
            <w:tcMar>
              <w:top w:w="100" w:type="dxa"/>
              <w:left w:w="100" w:type="dxa"/>
              <w:bottom w:w="100" w:type="dxa"/>
              <w:right w:w="100" w:type="dxa"/>
            </w:tcMar>
          </w:tcPr>
          <w:p w14:paraId="55002B9E" w14:textId="77777777" w:rsidR="00640333" w:rsidRDefault="00AE2448">
            <w:r>
              <w:br/>
            </w:r>
            <w:r>
              <w:br/>
            </w:r>
            <w:r>
              <w:br/>
            </w:r>
            <w:r>
              <w:br/>
            </w:r>
            <w:r>
              <w:br/>
            </w:r>
          </w:p>
        </w:tc>
      </w:tr>
    </w:tbl>
    <w:p w14:paraId="55A49F90" w14:textId="77777777" w:rsidR="00640333" w:rsidRDefault="00640333">
      <w:pPr>
        <w:spacing w:after="0"/>
      </w:pPr>
    </w:p>
    <w:p w14:paraId="278A422A" w14:textId="77777777" w:rsidR="00640333" w:rsidRDefault="00AE2448">
      <w:r>
        <w:br w:type="page"/>
      </w:r>
    </w:p>
    <w:p w14:paraId="7E19107B" w14:textId="77777777" w:rsidR="00640333" w:rsidRDefault="00AE2448">
      <w:pPr>
        <w:keepNext/>
        <w:spacing w:before="160"/>
      </w:pPr>
      <w:r>
        <w:rPr>
          <w:rFonts w:ascii="Aptos Display" w:hAnsi="Aptos Display"/>
          <w:b/>
          <w:color w:val="1F4E79"/>
          <w:sz w:val="28"/>
        </w:rPr>
        <w:lastRenderedPageBreak/>
        <w:t>5. How Would You Like to Be Involved?</w:t>
      </w:r>
    </w:p>
    <w:p w14:paraId="229A4CF9" w14:textId="77777777" w:rsidR="00640333" w:rsidRDefault="00AE2448">
      <w:r>
        <w:t>Please tick any that apply:</w:t>
      </w:r>
    </w:p>
    <w:p w14:paraId="1487C3E7" w14:textId="77777777" w:rsidR="00640333" w:rsidRDefault="00AE2448">
      <w:pPr>
        <w:spacing w:after="60"/>
      </w:pPr>
      <w:r>
        <w:rPr>
          <w:sz w:val="21"/>
        </w:rPr>
        <w:t>☐  Attend FOBS meetings</w:t>
      </w:r>
    </w:p>
    <w:p w14:paraId="3773276C" w14:textId="77777777" w:rsidR="00640333" w:rsidRDefault="00AE2448">
      <w:pPr>
        <w:spacing w:after="60"/>
      </w:pPr>
      <w:r>
        <w:rPr>
          <w:sz w:val="21"/>
        </w:rPr>
        <w:t>☐  Help at occasional events</w:t>
      </w:r>
    </w:p>
    <w:p w14:paraId="57BC1E0B" w14:textId="77777777" w:rsidR="00640333" w:rsidRDefault="00AE2448">
      <w:pPr>
        <w:spacing w:after="60"/>
      </w:pPr>
      <w:r>
        <w:rPr>
          <w:sz w:val="21"/>
        </w:rPr>
        <w:t>☐  Help organise events or activities</w:t>
      </w:r>
    </w:p>
    <w:p w14:paraId="66D97498" w14:textId="77777777" w:rsidR="00640333" w:rsidRDefault="00AE2448">
      <w:pPr>
        <w:spacing w:after="60"/>
      </w:pPr>
      <w:r>
        <w:rPr>
          <w:sz w:val="21"/>
        </w:rPr>
        <w:t>☐  Support fundraising</w:t>
      </w:r>
    </w:p>
    <w:p w14:paraId="3F5ADAF0" w14:textId="77777777" w:rsidR="00640333" w:rsidRDefault="00AE2448">
      <w:pPr>
        <w:spacing w:after="60"/>
      </w:pPr>
      <w:r>
        <w:rPr>
          <w:sz w:val="21"/>
        </w:rPr>
        <w:t>☐  Offer particular skills or expertise</w:t>
      </w:r>
    </w:p>
    <w:p w14:paraId="1B8DFC5C" w14:textId="77777777" w:rsidR="00640333" w:rsidRDefault="00AE2448">
      <w:pPr>
        <w:spacing w:after="60"/>
      </w:pPr>
      <w:r>
        <w:rPr>
          <w:sz w:val="21"/>
        </w:rPr>
        <w:t>☐  Help behind the scenes</w:t>
      </w:r>
    </w:p>
    <w:p w14:paraId="311720BA" w14:textId="77777777" w:rsidR="00640333" w:rsidRDefault="00AE2448">
      <w:pPr>
        <w:spacing w:after="60"/>
      </w:pPr>
      <w:r>
        <w:rPr>
          <w:sz w:val="21"/>
        </w:rPr>
        <w:t>☐  Support communication or publicity</w:t>
      </w:r>
    </w:p>
    <w:p w14:paraId="5F4F4819" w14:textId="77777777" w:rsidR="00640333" w:rsidRDefault="00AE2448">
      <w:pPr>
        <w:spacing w:after="60"/>
      </w:pPr>
      <w:r>
        <w:rPr>
          <w:sz w:val="21"/>
        </w:rPr>
        <w:t>☐  Help strengthen links with the wider community</w:t>
      </w:r>
    </w:p>
    <w:p w14:paraId="7F8DE0B0" w14:textId="77777777" w:rsidR="00640333" w:rsidRDefault="00AE2448">
      <w:pPr>
        <w:spacing w:after="60"/>
      </w:pPr>
      <w:r>
        <w:rPr>
          <w:sz w:val="21"/>
        </w:rPr>
        <w:t>☐  Other: __________________________________________</w:t>
      </w:r>
    </w:p>
    <w:p w14:paraId="10ADF00C" w14:textId="77777777" w:rsidR="00C30E75" w:rsidRDefault="00C30E75">
      <w:pPr>
        <w:keepNext/>
        <w:spacing w:before="160"/>
        <w:rPr>
          <w:rFonts w:ascii="Aptos Display" w:hAnsi="Aptos Display"/>
          <w:b/>
          <w:color w:val="1F4E79"/>
          <w:sz w:val="28"/>
        </w:rPr>
      </w:pPr>
    </w:p>
    <w:p w14:paraId="00F1B894" w14:textId="10C5D5F6" w:rsidR="00640333" w:rsidRDefault="00AE2448">
      <w:pPr>
        <w:keepNext/>
        <w:spacing w:before="160"/>
      </w:pPr>
      <w:r>
        <w:rPr>
          <w:rFonts w:ascii="Aptos Display" w:hAnsi="Aptos Display"/>
          <w:b/>
          <w:color w:val="1F4E79"/>
          <w:sz w:val="28"/>
        </w:rPr>
        <w:t>6. Our Shared Values</w:t>
      </w:r>
    </w:p>
    <w:p w14:paraId="5442A3D0" w14:textId="77777777" w:rsidR="00640333" w:rsidRDefault="00AE2448">
      <w:r>
        <w:t>FOBS works alongside St Bart’s and seeks to reflect the values of our school community, including Service, Community and Compassion.</w:t>
      </w:r>
    </w:p>
    <w:p w14:paraId="1B933630" w14:textId="77777777" w:rsidR="00640333" w:rsidRDefault="00AE2448">
      <w:r>
        <w:t>Community Members are expected to support the positive work of the school, treat children, families and staff with respect, and help FOBS remain welcoming and inclusive.</w:t>
      </w:r>
    </w:p>
    <w:p w14:paraId="79928349" w14:textId="77777777" w:rsidR="00640333" w:rsidRDefault="00AE2448">
      <w:pPr>
        <w:spacing w:after="60"/>
      </w:pPr>
      <w:r>
        <w:rPr>
          <w:sz w:val="21"/>
        </w:rPr>
        <w:t>☐  Yes, I am happy to support these values and expectations.</w:t>
      </w:r>
    </w:p>
    <w:p w14:paraId="2B81FA18" w14:textId="77777777" w:rsidR="00C30E75" w:rsidRDefault="00C30E75">
      <w:pPr>
        <w:keepNext/>
        <w:spacing w:before="160"/>
        <w:rPr>
          <w:rFonts w:ascii="Aptos Display" w:hAnsi="Aptos Display"/>
          <w:b/>
          <w:color w:val="1F4E79"/>
          <w:sz w:val="28"/>
        </w:rPr>
      </w:pPr>
    </w:p>
    <w:p w14:paraId="04C37C09" w14:textId="7BDEC03E" w:rsidR="00640333" w:rsidRDefault="00AE2448">
      <w:pPr>
        <w:keepNext/>
        <w:spacing w:before="160"/>
      </w:pPr>
      <w:r>
        <w:rPr>
          <w:rFonts w:ascii="Aptos Display" w:hAnsi="Aptos Display"/>
          <w:b/>
          <w:color w:val="1F4E79"/>
          <w:sz w:val="28"/>
        </w:rPr>
        <w:t>7. Safeguarding</w:t>
      </w:r>
    </w:p>
    <w:p w14:paraId="5A7A2A21" w14:textId="77777777" w:rsidR="00640333" w:rsidRDefault="00AE2448">
      <w:r>
        <w:t>Being a member of FOBS does not automatically give access to pupils or school premises outside normal arrangements. Some volunteering activities may require additional safeguarding checks or supervision depending on the nature of the activity.</w:t>
      </w:r>
    </w:p>
    <w:p w14:paraId="1BAF0B0F" w14:textId="77777777" w:rsidR="00640333" w:rsidRDefault="00AE2448">
      <w:pPr>
        <w:spacing w:after="60"/>
      </w:pPr>
      <w:r>
        <w:rPr>
          <w:sz w:val="21"/>
        </w:rPr>
        <w:t>☐  I understand that appropriate safeguarding arrangements will apply to any activities involving children.</w:t>
      </w:r>
    </w:p>
    <w:p w14:paraId="2547F479" w14:textId="77777777" w:rsidR="00640333" w:rsidRDefault="00AE2448">
      <w:r>
        <w:br w:type="page"/>
      </w:r>
    </w:p>
    <w:p w14:paraId="547A9E5F" w14:textId="77777777" w:rsidR="00640333" w:rsidRDefault="00AE2448">
      <w:pPr>
        <w:keepNext/>
        <w:spacing w:before="160"/>
      </w:pPr>
      <w:r>
        <w:rPr>
          <w:rFonts w:ascii="Aptos Display" w:hAnsi="Aptos Display"/>
          <w:b/>
          <w:color w:val="1F4E79"/>
          <w:sz w:val="28"/>
        </w:rPr>
        <w:lastRenderedPageBreak/>
        <w:t>8. Community Membership and Conduct</w:t>
      </w:r>
    </w:p>
    <w:p w14:paraId="7F1A893C" w14:textId="77777777" w:rsidR="00640333" w:rsidRDefault="00AE2448">
      <w:r>
        <w:t>FOBS is committed to being a welcoming, respectful and inclusive community. Community Members are expected to behave in a way that reflects the values of FOBS and supports positive relationships between families, staff, volunteers and the wider school community.</w:t>
      </w:r>
    </w:p>
    <w:p w14:paraId="380FC420" w14:textId="77777777" w:rsidR="00640333" w:rsidRDefault="00AE2448">
      <w:r>
        <w:t>Where a member’s behaviour is considered inappropriate, disrespectful, disruptive or otherwise inconsistent with these expectations, FOBS may speak with the member and, where necessary, ask them to step down from their Community Membership. In serious circumstances, membership may be ended without further involvement.</w:t>
      </w:r>
    </w:p>
    <w:p w14:paraId="4FE3C6BB" w14:textId="77777777" w:rsidR="00640333" w:rsidRDefault="00AE2448">
      <w:pPr>
        <w:spacing w:after="60"/>
      </w:pPr>
      <w:r>
        <w:rPr>
          <w:sz w:val="21"/>
        </w:rPr>
        <w:t>☐  I understand and agree to uphold these expectations as a Community Member of FOBS.</w:t>
      </w:r>
    </w:p>
    <w:p w14:paraId="0293570F" w14:textId="77777777" w:rsidR="00C30E75" w:rsidRDefault="00C30E75">
      <w:pPr>
        <w:keepNext/>
        <w:spacing w:before="160"/>
        <w:rPr>
          <w:rFonts w:ascii="Aptos Display" w:hAnsi="Aptos Display"/>
          <w:b/>
          <w:color w:val="1F4E79"/>
          <w:sz w:val="28"/>
        </w:rPr>
      </w:pPr>
    </w:p>
    <w:p w14:paraId="704BDC3B" w14:textId="34643007" w:rsidR="00640333" w:rsidRDefault="00AE2448">
      <w:pPr>
        <w:keepNext/>
        <w:spacing w:before="160"/>
      </w:pPr>
      <w:r>
        <w:rPr>
          <w:rFonts w:ascii="Aptos Display" w:hAnsi="Aptos Display"/>
          <w:b/>
          <w:color w:val="1F4E79"/>
          <w:sz w:val="28"/>
        </w:rPr>
        <w:t>9. Declaration</w:t>
      </w:r>
    </w:p>
    <w:p w14:paraId="294CBDA5" w14:textId="77777777" w:rsidR="00640333" w:rsidRDefault="00AE2448">
      <w:r>
        <w:t>I would like to be considered for membership of FOBS as a Community Member.</w:t>
      </w:r>
    </w:p>
    <w:p w14:paraId="00142050" w14:textId="77777777" w:rsidR="00640333" w:rsidRDefault="00AE2448">
      <w:r>
        <w:t>I understand that membership is intended to support the work, ethos and community of St Bartholomew’s C of E Primary School and that applications will be considered by the FOBS committee in consultation with the Headteacher.</w:t>
      </w:r>
    </w:p>
    <w:tbl>
      <w:tblPr>
        <w:tblW w:w="0" w:type="auto"/>
        <w:tblLook w:val="04A0" w:firstRow="1" w:lastRow="0" w:firstColumn="1" w:lastColumn="0" w:noHBand="0" w:noVBand="1"/>
      </w:tblPr>
      <w:tblGrid>
        <w:gridCol w:w="5141"/>
        <w:gridCol w:w="5141"/>
      </w:tblGrid>
      <w:tr w:rsidR="00640333" w14:paraId="399FAC18" w14:textId="77777777">
        <w:tc>
          <w:tcPr>
            <w:tcW w:w="5141" w:type="dxa"/>
            <w:tcBorders>
              <w:top w:val="single" w:sz="6" w:space="0" w:color="B8C6D1"/>
              <w:left w:val="single" w:sz="6" w:space="0" w:color="B8C6D1"/>
              <w:bottom w:val="single" w:sz="6" w:space="0" w:color="B8C6D1"/>
              <w:right w:val="single" w:sz="6" w:space="0" w:color="B8C6D1"/>
            </w:tcBorders>
            <w:shd w:val="clear" w:color="auto" w:fill="DCE6F1"/>
            <w:tcMar>
              <w:top w:w="80" w:type="dxa"/>
              <w:left w:w="80" w:type="dxa"/>
              <w:bottom w:w="80" w:type="dxa"/>
              <w:right w:w="80" w:type="dxa"/>
            </w:tcMar>
          </w:tcPr>
          <w:p w14:paraId="1F284779" w14:textId="77777777" w:rsidR="00640333" w:rsidRDefault="00AE2448">
            <w:r>
              <w:rPr>
                <w:b/>
                <w:color w:val="1F4E79"/>
              </w:rPr>
              <w:t>Signed</w:t>
            </w:r>
          </w:p>
        </w:tc>
        <w:tc>
          <w:tcPr>
            <w:tcW w:w="5141" w:type="dxa"/>
            <w:tcBorders>
              <w:top w:val="single" w:sz="6" w:space="0" w:color="B8C6D1"/>
              <w:left w:val="single" w:sz="6" w:space="0" w:color="B8C6D1"/>
              <w:bottom w:val="single" w:sz="6" w:space="0" w:color="B8C6D1"/>
              <w:right w:val="single" w:sz="6" w:space="0" w:color="B8C6D1"/>
            </w:tcBorders>
            <w:shd w:val="clear" w:color="auto" w:fill="DCE6F1"/>
            <w:tcMar>
              <w:top w:w="80" w:type="dxa"/>
              <w:left w:w="80" w:type="dxa"/>
              <w:bottom w:w="80" w:type="dxa"/>
              <w:right w:w="80" w:type="dxa"/>
            </w:tcMar>
          </w:tcPr>
          <w:p w14:paraId="674ABF74" w14:textId="77777777" w:rsidR="00640333" w:rsidRDefault="00AE2448">
            <w:r>
              <w:rPr>
                <w:b/>
                <w:color w:val="1F4E79"/>
              </w:rPr>
              <w:t>Date</w:t>
            </w:r>
          </w:p>
        </w:tc>
      </w:tr>
      <w:tr w:rsidR="00640333" w14:paraId="388B41FD" w14:textId="77777777">
        <w:tc>
          <w:tcPr>
            <w:tcW w:w="5141" w:type="dxa"/>
            <w:tcBorders>
              <w:top w:val="single" w:sz="6" w:space="0" w:color="B8C6D1"/>
              <w:left w:val="single" w:sz="6" w:space="0" w:color="B8C6D1"/>
              <w:bottom w:val="single" w:sz="6" w:space="0" w:color="B8C6D1"/>
              <w:right w:val="single" w:sz="6" w:space="0" w:color="B8C6D1"/>
            </w:tcBorders>
            <w:tcMar>
              <w:top w:w="220" w:type="dxa"/>
              <w:left w:w="220" w:type="dxa"/>
              <w:bottom w:w="220" w:type="dxa"/>
              <w:right w:w="220" w:type="dxa"/>
            </w:tcMar>
          </w:tcPr>
          <w:p w14:paraId="3D99DE39" w14:textId="77777777" w:rsidR="00640333" w:rsidRDefault="00640333"/>
        </w:tc>
        <w:tc>
          <w:tcPr>
            <w:tcW w:w="5141" w:type="dxa"/>
            <w:tcBorders>
              <w:top w:val="single" w:sz="6" w:space="0" w:color="B8C6D1"/>
              <w:left w:val="single" w:sz="6" w:space="0" w:color="B8C6D1"/>
              <w:bottom w:val="single" w:sz="6" w:space="0" w:color="B8C6D1"/>
              <w:right w:val="single" w:sz="6" w:space="0" w:color="B8C6D1"/>
            </w:tcBorders>
            <w:tcMar>
              <w:top w:w="220" w:type="dxa"/>
              <w:left w:w="220" w:type="dxa"/>
              <w:bottom w:w="220" w:type="dxa"/>
              <w:right w:w="220" w:type="dxa"/>
            </w:tcMar>
          </w:tcPr>
          <w:p w14:paraId="52EF11D0" w14:textId="77777777" w:rsidR="00640333" w:rsidRDefault="00640333"/>
        </w:tc>
      </w:tr>
    </w:tbl>
    <w:p w14:paraId="516F5030" w14:textId="77777777" w:rsidR="00AE2448" w:rsidRDefault="00AE2448"/>
    <w:sectPr w:rsidR="00AE2448" w:rsidSect="00034616">
      <w:headerReference w:type="default" r:id="rId9"/>
      <w:footerReference w:type="default" r:id="rId10"/>
      <w:pgSz w:w="12240" w:h="15840"/>
      <w:pgMar w:top="835" w:right="979" w:bottom="792" w:left="97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18635" w14:textId="77777777" w:rsidR="00413FEE" w:rsidRDefault="00413FEE">
      <w:pPr>
        <w:spacing w:after="0" w:line="240" w:lineRule="auto"/>
      </w:pPr>
      <w:r>
        <w:separator/>
      </w:r>
    </w:p>
  </w:endnote>
  <w:endnote w:type="continuationSeparator" w:id="0">
    <w:p w14:paraId="03B2B87C" w14:textId="77777777" w:rsidR="00413FEE" w:rsidRDefault="00413F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65633" w14:textId="77777777" w:rsidR="00640333" w:rsidRDefault="00AE2448">
    <w:pPr>
      <w:pStyle w:val="Footer"/>
      <w:jc w:val="center"/>
    </w:pPr>
    <w:r>
      <w:rPr>
        <w:sz w:val="16"/>
      </w:rPr>
      <w:t xml:space="preserve">FOBS Community Member </w:t>
    </w:r>
    <w:proofErr w:type="gramStart"/>
    <w:r>
      <w:rPr>
        <w:sz w:val="16"/>
      </w:rPr>
      <w:t>Application  •</w:t>
    </w:r>
    <w:proofErr w:type="gramEnd"/>
    <w:r>
      <w:rPr>
        <w:sz w:val="16"/>
      </w:rPr>
      <w:t xml:space="preserve">  St Bartholomew’s C of E Primary School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B932F4" w14:textId="77777777" w:rsidR="00413FEE" w:rsidRDefault="00413FEE">
      <w:pPr>
        <w:spacing w:after="0" w:line="240" w:lineRule="auto"/>
      </w:pPr>
      <w:r>
        <w:separator/>
      </w:r>
    </w:p>
  </w:footnote>
  <w:footnote w:type="continuationSeparator" w:id="0">
    <w:p w14:paraId="0693A82B" w14:textId="77777777" w:rsidR="00413FEE" w:rsidRDefault="00413F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4634E" w14:textId="77777777" w:rsidR="00640333" w:rsidRDefault="00AE2448">
    <w:pPr>
      <w:pStyle w:val="Header"/>
      <w:jc w:val="right"/>
    </w:pPr>
    <w:r>
      <w:rPr>
        <w:b/>
        <w:color w:val="1F4E79"/>
        <w:sz w:val="17"/>
      </w:rPr>
      <w:t>FRIENDS OF ST BARTHOLOMEW’S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51537593">
    <w:abstractNumId w:val="8"/>
  </w:num>
  <w:num w:numId="2" w16cid:durableId="169610799">
    <w:abstractNumId w:val="6"/>
  </w:num>
  <w:num w:numId="3" w16cid:durableId="1984967618">
    <w:abstractNumId w:val="5"/>
  </w:num>
  <w:num w:numId="4" w16cid:durableId="1810589308">
    <w:abstractNumId w:val="4"/>
  </w:num>
  <w:num w:numId="5" w16cid:durableId="1504856012">
    <w:abstractNumId w:val="7"/>
  </w:num>
  <w:num w:numId="6" w16cid:durableId="549849927">
    <w:abstractNumId w:val="3"/>
  </w:num>
  <w:num w:numId="7" w16cid:durableId="1658919640">
    <w:abstractNumId w:val="2"/>
  </w:num>
  <w:num w:numId="8" w16cid:durableId="786117544">
    <w:abstractNumId w:val="1"/>
  </w:num>
  <w:num w:numId="9" w16cid:durableId="20338716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144F9"/>
    <w:rsid w:val="00326F90"/>
    <w:rsid w:val="00413FEE"/>
    <w:rsid w:val="00640333"/>
    <w:rsid w:val="007D1EC7"/>
    <w:rsid w:val="00AA1D8D"/>
    <w:rsid w:val="00AE2448"/>
    <w:rsid w:val="00B34ECD"/>
    <w:rsid w:val="00B47730"/>
    <w:rsid w:val="00C30E75"/>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D8CA8F"/>
  <w14:defaultImageDpi w14:val="300"/>
  <w15:docId w15:val="{592AC205-85B5-8942-972D-AF2148BD7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pPr>
    <w:rPr>
      <w:rFonts w:ascii="Aptos" w:hAnsi="Aptos"/>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583</Words>
  <Characters>3325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FOBS Community Member Application</dc:title>
  <dc:subject/>
  <dc:creator>Richard Restall</dc:creator>
  <cp:keywords/>
  <dc:description>generated by python-docx</dc:description>
  <cp:lastModifiedBy>Richard Restall</cp:lastModifiedBy>
  <cp:revision>4</cp:revision>
  <dcterms:created xsi:type="dcterms:W3CDTF">2026-09-20T16:38:00Z</dcterms:created>
  <dcterms:modified xsi:type="dcterms:W3CDTF">2026-09-21T08:39:00Z</dcterms:modified>
  <cp:category/>
</cp:coreProperties>
</file>